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51.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Függvények és hivatkozások cellatartományokra</w:t>
      </w:r>
    </w:p>
    <w:p>
      <w:r>
        <w:t>Készíts 2–3 oldalas, sokszorosításra alkalmas tanulói útmutatót a „Függvények és hivatkozások cellatartományokra” (Táblázatkezelés)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Függvények és hivatkozások cellatartományokra</w:t>
      </w:r>
    </w:p>
    <w:p>
      <w:r>
        <w:t>Készíts reprodukálható, tanórai feladatlapot a „Függvények és hivatkozások cellatartományokra” (Táblázatkezelés)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51.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