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46.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Cellaformázás és adatok megjelenítése</w:t>
      </w:r>
    </w:p>
    <w:p>
      <w:r>
        <w:t>Készíts 2–3 oldalas, sokszorosításra alkalmas tanulói útmutatót a „Cellaformázás és adatok megjelenítése” (Táblázatkezelés)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Cellaformázás és adatok megjelenítése</w:t>
      </w:r>
    </w:p>
    <w:p>
      <w:r>
        <w:t>Készíts reprodukálható, tanórai feladatlapot a „Cellaformázás és adatok megjelenítése” (Táblázatkezelés)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46.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