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45.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Munkalapnézet, ablakrögzítés, sorok/oszlopok kezelése</w:t>
      </w:r>
    </w:p>
    <w:p>
      <w:r>
        <w:t>Készíts 2–3 oldalas, sokszorosításra alkalmas tanulói útmutatót a „Munkalapnézet, ablakrögzítés, sorok/oszlopok kezelése” (Táblázatkezelés)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Munkalapnézet, ablakrögzítés, sorok/oszlopok kezelése</w:t>
      </w:r>
    </w:p>
    <w:p>
      <w:r>
        <w:t>Készíts reprodukálható, tanórai feladatlapot a „Munkalapnézet, ablakrögzítés, sorok/oszlopok kezelése” (Táblázatkezelés)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45.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