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Képszerkesztés mobiltelefonnal</w:t>
      </w:r>
    </w:p>
    <w:p>
      <w:r>
        <w:t>Készíts 2–3 oldalas, sokszorosításra alkalmas tanulói útmutatót a „Képszerkesztés mobiltelefonnal” (Számítógépes grafika)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Képszerkesztés mobiltelefonnal</w:t>
      </w:r>
    </w:p>
    <w:p>
      <w:r>
        <w:t>Készíts reprodukálható, tanórai feladatlapot a „Képszerkesztés mobiltelefonnal” (Számítógépes grafika)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