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15.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Digitális eszközök tudáspróba</w:t>
      </w:r>
    </w:p>
    <w:p>
      <w:r>
        <w:t>Készíts rövid tudáspróbát hardver, szoftver, adattárolás, operációs rendszer és biztonság témában.</w:t>
      </w:r>
    </w:p>
    <w:p>
      <w:r>
        <w:t>Munkamenet</w:t>
      </w:r>
    </w:p>
    <w:p>
      <w:r>
        <w:t>Készíts legalább 5 különböző feladattípust.</w:t>
      </w:r>
    </w:p>
    <w:p>
      <w:r>
        <w:t>Minden kérdéshez jelöld a pontértéket és a megoldási elvet.</w:t>
      </w:r>
    </w:p>
    <w:p>
      <w:r>
        <w:t>A tanulói és javítási részt válaszd külön.</w:t>
      </w:r>
    </w:p>
    <w:p>
      <w:r>
        <w:t>Ellenőrzési szempontok</w:t>
      </w:r>
    </w:p>
    <w:p>
      <w:r>
        <w:t>A kérdések lefedik a tanult témákat.</w:t>
      </w:r>
    </w:p>
    <w:p>
      <w:r>
        <w:t>A pontozás egyértelmű.</w:t>
      </w:r>
    </w:p>
    <w:p>
      <w:r>
        <w:br w:type="page"/>
      </w:r>
    </w:p>
    <w:p>
      <w:r>
        <w:t>Iskolai tanulói útmutató · Számonkérés – a digitális eszközök használata</w:t>
      </w:r>
    </w:p>
    <w:p>
      <w:r>
        <w:t>Készíts 2–3 oldalas, sokszorosításra alkalmas tanulói útmutatót a „Számonkérés – a digitális eszközök használata” (A digitális eszközök használata)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