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E-szolgáltatások útmutatója</w:t>
      </w:r>
    </w:p>
    <w:p>
      <w:r>
        <w:t>Készíts iskolai útmutatót a tanulói e-ügyintézésről: online jelentkezés, dokumentumfeltöltés, visszaigazolás és ügyintézési státusz.</w:t>
      </w:r>
    </w:p>
    <w:p>
      <w:r>
        <w:t>Munkamenet</w:t>
      </w:r>
    </w:p>
    <w:p>
      <w:r>
        <w:t>A4 oldalon bontsd lépésekre az ügyintézést, és minden lépéshez írj szükséges adatot és elvárt visszajelzést.</w:t>
      </w:r>
    </w:p>
    <w:p>
      <w:r>
        <w:t>Készíts számozott folyamatot, adatvédelmi figyelmeztetést és segítségkérési blokkot.</w:t>
      </w:r>
    </w:p>
    <w:p>
      <w:r>
        <w:t>Ellenőrizd, hogy a folyamatot egy új tanuló is végig tudná követni.</w:t>
      </w:r>
    </w:p>
    <w:p>
      <w:r>
        <w:t>Ellenőrzési szempontok</w:t>
      </w:r>
    </w:p>
    <w:p>
      <w:r>
        <w:t>A folyamat teljes és logikus.</w:t>
      </w:r>
    </w:p>
    <w:p>
      <w:r>
        <w:t>Személyes adatot csak szükséges helyen kér.</w:t>
      </w:r>
    </w:p>
    <w:p>
      <w:r>
        <w:br w:type="page"/>
      </w:r>
    </w:p>
    <w:p>
      <w:r>
        <w:t>Iskolai tanulói útmutató · Digitális oktatás és e-szolgáltatások</w:t>
      </w:r>
    </w:p>
    <w:p>
      <w:r>
        <w:t>Készíts 2–3 oldalas, sokszorosításra alkalmas tanulói útmutatót a „Digitális oktatás és e-szolgáltatások” (Információs társadalom, e-Világ)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